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TERMS AND CONDITIONS OF USE</w:t>
      </w:r>
    </w:p>
    <w:p>
      <w:pPr>
        <w:jc w:val="center"/>
      </w:pPr>
      <w:r>
        <w:rPr>
          <w:rFonts w:ascii="Times New Roman" w:hAnsi="Times New Roman"/>
          <w:b/>
          <w:sz w:val="24"/>
        </w:rPr>
        <w:t>Remote Patient Monitoring Mobile Application</w:t>
      </w:r>
    </w:p>
    <w:p>
      <w:pPr>
        <w:jc w:val="center"/>
      </w:pPr>
      <w:r>
        <w:rPr>
          <w:rFonts w:ascii="Times New Roman" w:hAnsi="Times New Roman"/>
          <w:sz w:val="22"/>
        </w:rPr>
        <w:t>Effective Date: August 23, 2026</w:t>
        <w:br/>
        <w:t>Last Updated: August 23, 2026</w:t>
      </w:r>
    </w:p>
    <w:p>
      <w:r>
        <w:t>________________________________________________________________________________</w:t>
      </w:r>
    </w:p>
    <w:p>
      <w:r>
        <w:rPr>
          <w:rFonts w:ascii="Times New Roman" w:hAnsi="Times New Roman"/>
          <w:b/>
          <w:sz w:val="24"/>
        </w:rPr>
        <w:t>1. ACCEPTANCE OF TERMS</w:t>
      </w:r>
    </w:p>
    <w:p>
      <w:r>
        <w:rPr>
          <w:rFonts w:ascii="Times New Roman" w:hAnsi="Times New Roman"/>
          <w:sz w:val="22"/>
        </w:rPr>
        <w:t>These Terms and Conditions ("Terms") constitute a legally binding agreement between you ("User," "you," or "your") and RA Asset Solutions LLC ("Company," "we," "us," or "our") governing your access to and use of our Remote Patient Monitoring mobile application (the "App") and related services (collectively, the "Services").</w:t>
      </w:r>
    </w:p>
    <w:p>
      <w:r>
        <w:rPr>
          <w:rFonts w:ascii="Times New Roman" w:hAnsi="Times New Roman"/>
          <w:b/>
          <w:sz w:val="22"/>
        </w:rPr>
        <w:t>BY DOWNLOADING, INSTALLING, ACCESSING, OR USING THE APP, YOU ACKNOWLEDGE THAT YOU HAVE READ, UNDERSTOOD, AND AGREE TO BE BOUND BY THESE TERMS. IF YOU DO NOT AGREE TO THESE TERMS, DO NOT USE THE APP.</w:t>
      </w:r>
    </w:p>
    <w:p>
      <w:r>
        <w:rPr>
          <w:rFonts w:ascii="Times New Roman" w:hAnsi="Times New Roman"/>
          <w:sz w:val="22"/>
        </w:rPr>
        <w:t>These Terms incorporate by reference our Notice of Privacy Practices and Privacy Policy, which describes how we collect, use, and disclose your Protected Health Information (PHI) and other personal data.</w:t>
      </w:r>
    </w:p>
    <w:p>
      <w:r>
        <w:rPr>
          <w:rFonts w:ascii="Times New Roman" w:hAnsi="Times New Roman"/>
          <w:b/>
          <w:sz w:val="24"/>
        </w:rPr>
        <w:t>2. DESCRIPTION OF SERVICES</w:t>
      </w:r>
    </w:p>
    <w:p>
      <w:r>
        <w:rPr>
          <w:rFonts w:ascii="Times New Roman" w:hAnsi="Times New Roman"/>
          <w:sz w:val="22"/>
        </w:rPr>
        <w:t>RA Asset Solutions LLC provides a technology platform that facilitates remote patient monitoring. Our App is a software intermediary that enables you to transmit health data to your healthcare providers at participating clinics and physician offices. The App allows you to:</w:t>
      </w:r>
    </w:p>
    <w:p>
      <w:pPr>
        <w:pStyle w:val="ListBullet"/>
      </w:pPr>
      <w:r>
        <w:rPr>
          <w:rFonts w:ascii="Times New Roman" w:hAnsi="Times New Roman"/>
          <w:sz w:val="22"/>
        </w:rPr>
        <w:t>Record and transmit health data (vital signs, symptoms, medication adherence, etc.) to your healthcare providers</w:t>
      </w:r>
    </w:p>
    <w:p>
      <w:pPr>
        <w:pStyle w:val="ListBullet"/>
      </w:pPr>
      <w:r>
        <w:rPr>
          <w:rFonts w:ascii="Times New Roman" w:hAnsi="Times New Roman"/>
          <w:sz w:val="22"/>
        </w:rPr>
        <w:t>Connect medical devices (blood pressure monitors, glucose meters, pulse oximeters, etc.) via Bluetooth</w:t>
      </w:r>
    </w:p>
    <w:p>
      <w:pPr>
        <w:pStyle w:val="ListBullet"/>
      </w:pPr>
      <w:r>
        <w:rPr>
          <w:rFonts w:ascii="Times New Roman" w:hAnsi="Times New Roman"/>
          <w:sz w:val="22"/>
        </w:rPr>
        <w:t>Communicate with your care team through secure messaging</w:t>
      </w:r>
    </w:p>
    <w:p>
      <w:pPr>
        <w:pStyle w:val="ListBullet"/>
      </w:pPr>
      <w:r>
        <w:rPr>
          <w:rFonts w:ascii="Times New Roman" w:hAnsi="Times New Roman"/>
          <w:sz w:val="22"/>
        </w:rPr>
        <w:t>Receive health alerts, reminders, and educational content</w:t>
      </w:r>
    </w:p>
    <w:p>
      <w:pPr>
        <w:pStyle w:val="ListBullet"/>
      </w:pPr>
      <w:r>
        <w:rPr>
          <w:rFonts w:ascii="Times New Roman" w:hAnsi="Times New Roman"/>
          <w:sz w:val="22"/>
        </w:rPr>
        <w:t>Access your health information and monitoring history</w:t>
      </w:r>
    </w:p>
    <w:p>
      <w:pPr>
        <w:pStyle w:val="ListBullet"/>
      </w:pPr>
      <w:r>
        <w:rPr>
          <w:rFonts w:ascii="Times New Roman" w:hAnsi="Times New Roman"/>
          <w:sz w:val="22"/>
        </w:rPr>
        <w:t>Sync data with Apple Health or Google Fit (optional)</w:t>
      </w:r>
    </w:p>
    <w:p>
      <w:r>
        <w:rPr>
          <w:rFonts w:ascii="Times New Roman" w:hAnsi="Times New Roman"/>
          <w:sz w:val="22"/>
        </w:rPr>
        <w:t>The Services are designed to facilitate data transmission and communication between you and your healthcare providers. RA Asset Solutions LLC is a technology platform provider, not a healthcare provider. We act as a Business Associate under HIPAA to transmit your health data securely to your clinic or physician office. Your healthcare providers use our dashboard to access your data and provide all medical advice, diagnosis, and treatment.</w:t>
      </w:r>
    </w:p>
    <w:p>
      <w:r>
        <w:rPr>
          <w:rFonts w:ascii="Times New Roman" w:hAnsi="Times New Roman"/>
          <w:b/>
          <w:sz w:val="24"/>
        </w:rPr>
        <w:t>3. MEDICAL DISCLAIMER AND LIMITATIONS</w:t>
      </w:r>
    </w:p>
    <w:p>
      <w:r>
        <w:rPr>
          <w:rFonts w:ascii="Times New Roman" w:hAnsi="Times New Roman"/>
          <w:b/>
          <w:sz w:val="22"/>
        </w:rPr>
        <w:t>3.1 Not Medical Advice</w:t>
      </w:r>
    </w:p>
    <w:p>
      <w:r>
        <w:rPr>
          <w:rFonts w:ascii="Times New Roman" w:hAnsi="Times New Roman"/>
          <w:b/>
          <w:sz w:val="22"/>
        </w:rPr>
        <w:t>THE APP IS A DATA TRANSMISSION PLATFORM ONLY. IT DOES NOT PROVIDE MEDICAL ADVICE, DIAGNOSIS, OR TREATMENT. RA ASSET SOLUTIONS LLC IS NOT A HEALTHCARE PROVIDER. WE PROVIDE SOFTWARE THAT ENABLES YOU TO TRANSMIT HEALTH DATA TO YOUR HEALTHCARE PROVIDERS. YOUR HEALTHCARE PROVIDERS USE OUR DASHBOARD TO VIEW YOUR DATA AND PROVIDE ALL MEDICAL ADVICE, DIAGNOSIS, AND TREATMENT. ALL CONTENT PROVIDED THROUGH THE APP, INCLUDING HEALTH INFORMATION, ALERTS, AND EDUCATIONAL MATERIALS, IS FOR INFORMATIONAL PURPOSES ONLY AND COMES FROM YOUR HEALTHCARE PROVIDERS OR THIRD-PARTY SOURCES, NOT FROM US.</w:t>
      </w:r>
    </w:p>
    <w:p>
      <w:r>
        <w:rPr>
          <w:rFonts w:ascii="Times New Roman" w:hAnsi="Times New Roman"/>
          <w:b/>
          <w:sz w:val="22"/>
        </w:rPr>
        <w:t>ALWAYS SEEK THE ADVICE OF YOUR PHYSICIAN OR OTHER QUALIFIED HEALTHCARE PROVIDER WITH ANY QUESTIONS YOU MAY HAVE REGARDING A MEDICAL CONDITION. NEVER DISREGARD PROFESSIONAL MEDICAL ADVICE OR DELAY IN SEEKING IT BECAUSE OF SOMETHING YOU HAVE READ OR RECEIVED THROUGH THE APP.</w:t>
      </w:r>
    </w:p>
    <w:p>
      <w:r>
        <w:rPr>
          <w:rFonts w:ascii="Times New Roman" w:hAnsi="Times New Roman"/>
          <w:b/>
          <w:sz w:val="22"/>
        </w:rPr>
        <w:t>3.2 Not for Emergencies</w:t>
      </w:r>
    </w:p>
    <w:p>
      <w:r>
        <w:rPr>
          <w:rFonts w:ascii="Times New Roman" w:hAnsi="Times New Roman"/>
          <w:b/>
          <w:sz w:val="22"/>
        </w:rPr>
        <w:t>THE APP IS NOT INTENDED FOR USE IN MEDICAL EMERGENCIES. IF YOU ARE EXPERIENCING A MEDICAL EMERGENCY, CALL 911 (IN THE UNITED STATES) OR YOUR LOCAL EMERGENCY NUMBER IMMEDIATELY. DO NOT USE THE APP TO SEEK EMERGENCY MEDICAL HELP.</w:t>
      </w:r>
    </w:p>
    <w:p>
      <w:r>
        <w:rPr>
          <w:rFonts w:ascii="Times New Roman" w:hAnsi="Times New Roman"/>
          <w:b/>
          <w:sz w:val="22"/>
        </w:rPr>
        <w:t>3.3 No Provider-Patient Relationship</w:t>
      </w:r>
    </w:p>
    <w:p>
      <w:r>
        <w:rPr>
          <w:rFonts w:ascii="Times New Roman" w:hAnsi="Times New Roman"/>
          <w:sz w:val="22"/>
        </w:rPr>
        <w:t>Use of the App does not create a physician-patient relationship between you and RA Asset Solutions LLC. We are a technology platform provider, not a healthcare provider. The App facilitates data transmission and communication with your existing healthcare providers at your clinic or physician office. Your physician-patient relationship is with your healthcare providers, not with us. We do not provide medical services, medical advice, diagnosis, or treatment.</w:t>
      </w:r>
    </w:p>
    <w:p>
      <w:r>
        <w:rPr>
          <w:rFonts w:ascii="Times New Roman" w:hAnsi="Times New Roman"/>
          <w:b/>
          <w:sz w:val="22"/>
        </w:rPr>
        <w:t>3.4 Device Accuracy and Limitations</w:t>
      </w:r>
    </w:p>
    <w:p>
      <w:r>
        <w:rPr>
          <w:rFonts w:ascii="Times New Roman" w:hAnsi="Times New Roman"/>
          <w:sz w:val="22"/>
        </w:rPr>
        <w:t>While we strive to provide accurate data transmission, we do not guarantee the accuracy, completeness, or reliability of health data recorded or transmitted through the App. Medical device readings may be affected by user error, device malfunction, environmental factors, or technical issues. Always follow your healthcare provider's instructions for using medical devices and interpreting results.</w:t>
      </w:r>
    </w:p>
    <w:p>
      <w:r>
        <w:rPr>
          <w:rFonts w:ascii="Times New Roman" w:hAnsi="Times New Roman"/>
          <w:b/>
          <w:sz w:val="22"/>
        </w:rPr>
        <w:t>3.5 Artificial Intelligence and Automated Features</w:t>
      </w:r>
    </w:p>
    <w:p>
      <w:r>
        <w:rPr>
          <w:rFonts w:ascii="Times New Roman" w:hAnsi="Times New Roman"/>
          <w:sz w:val="22"/>
        </w:rPr>
        <w:t>The App uses artificial intelligence (AI) technology only for meal tracking and nutritional analysis. AI analyzes meal information you provide to generate basic nutritional metrics and insights. AI is NOT used for medical decision-making, diagnosis, or providing medical advice. All medical advice, treatment decisions, and clinical recommendations are made by your healthcare providers at your clinic or physician office, not by our AI system or our platform.</w:t>
      </w:r>
    </w:p>
    <w:p>
      <w:r>
        <w:rPr>
          <w:rFonts w:ascii="Times New Roman" w:hAnsi="Times New Roman"/>
          <w:b/>
          <w:sz w:val="24"/>
        </w:rPr>
        <w:t>4. ELIGIBILITY AND ACCOUNT REGISTRATION</w:t>
      </w:r>
    </w:p>
    <w:p>
      <w:r>
        <w:rPr>
          <w:rFonts w:ascii="Times New Roman" w:hAnsi="Times New Roman"/>
          <w:b/>
          <w:sz w:val="22"/>
        </w:rPr>
        <w:t>4.1 Age Requirement</w:t>
      </w:r>
    </w:p>
    <w:p>
      <w:r>
        <w:rPr>
          <w:rFonts w:ascii="Times New Roman" w:hAnsi="Times New Roman"/>
          <w:sz w:val="22"/>
        </w:rPr>
        <w:t>You must be at least 18 years of age to use the App. If you are under 18, you may only use the App with the involvement and consent of a parent or legal guardian who agrees to be bound by these Terms on your behalf.</w:t>
      </w:r>
    </w:p>
    <w:p>
      <w:r>
        <w:rPr>
          <w:rFonts w:ascii="Times New Roman" w:hAnsi="Times New Roman"/>
          <w:b/>
          <w:sz w:val="22"/>
        </w:rPr>
        <w:t>4.2 Account Registration</w:t>
      </w:r>
    </w:p>
    <w:p>
      <w:r>
        <w:rPr>
          <w:rFonts w:ascii="Times New Roman" w:hAnsi="Times New Roman"/>
          <w:sz w:val="22"/>
        </w:rPr>
        <w:t>To use the App, you must create an account and provide accurate, complete, and current information. You are responsible for:</w:t>
      </w:r>
    </w:p>
    <w:p>
      <w:pPr>
        <w:pStyle w:val="ListBullet"/>
      </w:pPr>
      <w:r>
        <w:rPr>
          <w:rFonts w:ascii="Times New Roman" w:hAnsi="Times New Roman"/>
          <w:sz w:val="22"/>
        </w:rPr>
        <w:t>Maintaining the confidentiality of your account credentials (username and password)</w:t>
      </w:r>
    </w:p>
    <w:p>
      <w:pPr>
        <w:pStyle w:val="ListBullet"/>
      </w:pPr>
      <w:r>
        <w:rPr>
          <w:rFonts w:ascii="Times New Roman" w:hAnsi="Times New Roman"/>
          <w:sz w:val="22"/>
        </w:rPr>
        <w:t>All activities that occur under your account</w:t>
      </w:r>
    </w:p>
    <w:p>
      <w:pPr>
        <w:pStyle w:val="ListBullet"/>
      </w:pPr>
      <w:r>
        <w:rPr>
          <w:rFonts w:ascii="Times New Roman" w:hAnsi="Times New Roman"/>
          <w:sz w:val="22"/>
        </w:rPr>
        <w:t>Notifying us immediately of any unauthorized use of your account</w:t>
      </w:r>
    </w:p>
    <w:p>
      <w:pPr>
        <w:pStyle w:val="ListBullet"/>
      </w:pPr>
      <w:r>
        <w:rPr>
          <w:rFonts w:ascii="Times New Roman" w:hAnsi="Times New Roman"/>
          <w:sz w:val="22"/>
        </w:rPr>
        <w:t>Updating your account information to keep it accurate and current</w:t>
      </w:r>
    </w:p>
    <w:p>
      <w:r>
        <w:rPr>
          <w:rFonts w:ascii="Times New Roman" w:hAnsi="Times New Roman"/>
          <w:sz w:val="22"/>
        </w:rPr>
        <w:t>We reserve the right to suspend or terminate accounts that provide false, inaccurate, or misleading information.</w:t>
      </w:r>
    </w:p>
    <w:p>
      <w:r>
        <w:rPr>
          <w:rFonts w:ascii="Times New Roman" w:hAnsi="Times New Roman"/>
          <w:b/>
          <w:sz w:val="22"/>
        </w:rPr>
        <w:t>4.3 Healthcare Provider Authorization</w:t>
      </w:r>
    </w:p>
    <w:p>
      <w:r>
        <w:rPr>
          <w:rFonts w:ascii="Times New Roman" w:hAnsi="Times New Roman"/>
          <w:sz w:val="22"/>
        </w:rPr>
        <w:t>The App is intended for use as part of a remote patient monitoring program prescribed by your healthcare provider. By using the App, you authorize us to transmit your health data to the healthcare providers and clinics you designate within the App. Your healthcare providers will access this data through our secure dashboard. RA Asset Solutions LLC acts as a Business Associate under HIPAA to facilitate this data transmission.</w:t>
      </w:r>
    </w:p>
    <w:p>
      <w:r>
        <w:rPr>
          <w:rFonts w:ascii="Times New Roman" w:hAnsi="Times New Roman"/>
          <w:b/>
          <w:sz w:val="24"/>
        </w:rPr>
        <w:t>5. ACCEPTABLE USE POLICY</w:t>
      </w:r>
    </w:p>
    <w:p>
      <w:r>
        <w:rPr>
          <w:rFonts w:ascii="Times New Roman" w:hAnsi="Times New Roman"/>
          <w:sz w:val="22"/>
        </w:rPr>
        <w:t>You agree to use the App only for lawful purposes and in accordance with these Terms. You agree NOT to:</w:t>
      </w:r>
    </w:p>
    <w:p>
      <w:pPr>
        <w:pStyle w:val="ListBullet"/>
      </w:pPr>
      <w:r>
        <w:rPr>
          <w:rFonts w:ascii="Times New Roman" w:hAnsi="Times New Roman"/>
          <w:sz w:val="22"/>
        </w:rPr>
        <w:t>Use the App in any way that violates applicable federal, state, or local laws or regulations</w:t>
      </w:r>
    </w:p>
    <w:p>
      <w:pPr>
        <w:pStyle w:val="ListBullet"/>
      </w:pPr>
      <w:r>
        <w:rPr>
          <w:rFonts w:ascii="Times New Roman" w:hAnsi="Times New Roman"/>
          <w:sz w:val="22"/>
        </w:rPr>
        <w:t>Use the App for any fraudulent or unauthorized purpose</w:t>
      </w:r>
    </w:p>
    <w:p>
      <w:pPr>
        <w:pStyle w:val="ListBullet"/>
      </w:pPr>
      <w:r>
        <w:rPr>
          <w:rFonts w:ascii="Times New Roman" w:hAnsi="Times New Roman"/>
          <w:sz w:val="22"/>
        </w:rPr>
        <w:t>Attempt to gain unauthorized access to the App, other user accounts, or our systems</w:t>
      </w:r>
    </w:p>
    <w:p>
      <w:pPr>
        <w:pStyle w:val="ListBullet"/>
      </w:pPr>
      <w:r>
        <w:rPr>
          <w:rFonts w:ascii="Times New Roman" w:hAnsi="Times New Roman"/>
          <w:sz w:val="22"/>
        </w:rPr>
        <w:t>Interfere with or disrupt the App's servers, networks, or security features</w:t>
      </w:r>
    </w:p>
    <w:p>
      <w:pPr>
        <w:pStyle w:val="ListBullet"/>
      </w:pPr>
      <w:r>
        <w:rPr>
          <w:rFonts w:ascii="Times New Roman" w:hAnsi="Times New Roman"/>
          <w:sz w:val="22"/>
        </w:rPr>
        <w:t>Reverse engineer, decompile, disassemble, or otherwise attempt to discover the source code of the App</w:t>
      </w:r>
    </w:p>
    <w:p>
      <w:pPr>
        <w:pStyle w:val="ListBullet"/>
      </w:pPr>
      <w:r>
        <w:rPr>
          <w:rFonts w:ascii="Times New Roman" w:hAnsi="Times New Roman"/>
          <w:sz w:val="22"/>
        </w:rPr>
        <w:t>Use any robot, spider, scraper, or other automated means to access the App</w:t>
      </w:r>
    </w:p>
    <w:p>
      <w:pPr>
        <w:pStyle w:val="ListBullet"/>
      </w:pPr>
      <w:r>
        <w:rPr>
          <w:rFonts w:ascii="Times New Roman" w:hAnsi="Times New Roman"/>
          <w:sz w:val="22"/>
        </w:rPr>
        <w:t>Upload or transmit viruses, malware, or any other malicious code</w:t>
      </w:r>
    </w:p>
    <w:p>
      <w:pPr>
        <w:pStyle w:val="ListBullet"/>
      </w:pPr>
      <w:r>
        <w:rPr>
          <w:rFonts w:ascii="Times New Roman" w:hAnsi="Times New Roman"/>
          <w:sz w:val="22"/>
        </w:rPr>
        <w:t>Harass, threaten, or harm other users or our staff</w:t>
      </w:r>
    </w:p>
    <w:p>
      <w:pPr>
        <w:pStyle w:val="ListBullet"/>
      </w:pPr>
      <w:r>
        <w:rPr>
          <w:rFonts w:ascii="Times New Roman" w:hAnsi="Times New Roman"/>
          <w:sz w:val="22"/>
        </w:rPr>
        <w:t>Impersonate any person or entity or misrepresent your affiliation with any person or entity</w:t>
      </w:r>
    </w:p>
    <w:p>
      <w:pPr>
        <w:pStyle w:val="ListBullet"/>
      </w:pPr>
      <w:r>
        <w:rPr>
          <w:rFonts w:ascii="Times New Roman" w:hAnsi="Times New Roman"/>
          <w:sz w:val="22"/>
        </w:rPr>
        <w:t>Share your account credentials with others or allow others to use your account</w:t>
      </w:r>
    </w:p>
    <w:p>
      <w:pPr>
        <w:pStyle w:val="ListBullet"/>
      </w:pPr>
      <w:r>
        <w:rPr>
          <w:rFonts w:ascii="Times New Roman" w:hAnsi="Times New Roman"/>
          <w:sz w:val="22"/>
        </w:rPr>
        <w:t>Use the App to transmit spam, advertising, or promotional materials without authorization</w:t>
      </w:r>
    </w:p>
    <w:p>
      <w:pPr>
        <w:pStyle w:val="ListBullet"/>
      </w:pPr>
      <w:r>
        <w:rPr>
          <w:rFonts w:ascii="Times New Roman" w:hAnsi="Times New Roman"/>
          <w:sz w:val="22"/>
        </w:rPr>
        <w:t>Violate the intellectual property rights of the Company or any third party</w:t>
      </w:r>
    </w:p>
    <w:p>
      <w:r>
        <w:rPr>
          <w:rFonts w:ascii="Times New Roman" w:hAnsi="Times New Roman"/>
          <w:sz w:val="22"/>
        </w:rPr>
        <w:t>We reserve the right to investigate violations of these Terms and to take appropriate action, including suspending or terminating your account, reporting violations to law enforcement, and pursuing legal remedies.</w:t>
      </w:r>
    </w:p>
    <w:p>
      <w:r>
        <w:rPr>
          <w:rFonts w:ascii="Times New Roman" w:hAnsi="Times New Roman"/>
          <w:b/>
          <w:sz w:val="24"/>
        </w:rPr>
        <w:t>6. USER CONTENT AND DATA</w:t>
      </w:r>
    </w:p>
    <w:p>
      <w:r>
        <w:rPr>
          <w:rFonts w:ascii="Times New Roman" w:hAnsi="Times New Roman"/>
          <w:b/>
          <w:sz w:val="22"/>
        </w:rPr>
        <w:t>6.1 Your Health Data</w:t>
      </w:r>
    </w:p>
    <w:p>
      <w:r>
        <w:rPr>
          <w:rFonts w:ascii="Times New Roman" w:hAnsi="Times New Roman"/>
          <w:sz w:val="22"/>
        </w:rPr>
        <w:t>You retain all ownership rights to the health data you input into the App. By using the App, you grant us a limited, non-exclusive license to collect, store, process, and transmit your health data solely for the purpose of providing the Services and as described in our Notice of Privacy Practices and Privacy Policy.</w:t>
      </w:r>
    </w:p>
    <w:p>
      <w:r>
        <w:rPr>
          <w:rFonts w:ascii="Times New Roman" w:hAnsi="Times New Roman"/>
          <w:b/>
          <w:sz w:val="22"/>
        </w:rPr>
        <w:t>6.2 Accuracy of Information</w:t>
      </w:r>
    </w:p>
    <w:p>
      <w:r>
        <w:rPr>
          <w:rFonts w:ascii="Times New Roman" w:hAnsi="Times New Roman"/>
          <w:sz w:val="22"/>
        </w:rPr>
        <w:t>You are responsible for ensuring the accuracy and completeness of all health data you enter into the App. Inaccurate or incomplete data may affect the quality of care you receive from your healthcare providers.</w:t>
      </w:r>
    </w:p>
    <w:p>
      <w:r>
        <w:rPr>
          <w:rFonts w:ascii="Times New Roman" w:hAnsi="Times New Roman"/>
          <w:b/>
          <w:sz w:val="22"/>
        </w:rPr>
        <w:t>6.3 De-Identified Data</w:t>
      </w:r>
    </w:p>
    <w:p>
      <w:r>
        <w:rPr>
          <w:rFonts w:ascii="Times New Roman" w:hAnsi="Times New Roman"/>
          <w:sz w:val="22"/>
        </w:rPr>
        <w:t>We may use de-identified, aggregated health data (data that cannot reasonably be used to identify you) for research, quality improvement, and analytics purposes. De-identified data is not subject to HIPAA restrictions and may be used without your authorization.</w:t>
      </w:r>
    </w:p>
    <w:p>
      <w:r>
        <w:rPr>
          <w:rFonts w:ascii="Times New Roman" w:hAnsi="Times New Roman"/>
          <w:b/>
          <w:sz w:val="24"/>
        </w:rPr>
        <w:t>7. INTELLECTUAL PROPERTY RIGHTS</w:t>
      </w:r>
    </w:p>
    <w:p>
      <w:r>
        <w:rPr>
          <w:rFonts w:ascii="Times New Roman" w:hAnsi="Times New Roman"/>
          <w:b/>
          <w:sz w:val="22"/>
        </w:rPr>
        <w:t>7.1 Ownership</w:t>
      </w:r>
    </w:p>
    <w:p>
      <w:r>
        <w:rPr>
          <w:rFonts w:ascii="Times New Roman" w:hAnsi="Times New Roman"/>
          <w:sz w:val="22"/>
        </w:rPr>
        <w:t>The App and all content, features, functionality, software, designs, graphics, user interfaces, trademarks, logos, and other materials (excluding User Content) are owned by RA Asset Solutions LLC or our licensors and are protected by United States and international copyright, trademark, patent, trade secret, and other intellectual property laws.</w:t>
      </w:r>
    </w:p>
    <w:p>
      <w:r>
        <w:rPr>
          <w:rFonts w:ascii="Times New Roman" w:hAnsi="Times New Roman"/>
          <w:b/>
          <w:sz w:val="22"/>
        </w:rPr>
        <w:t>7.2 Limited License</w:t>
      </w:r>
    </w:p>
    <w:p>
      <w:r>
        <w:rPr>
          <w:rFonts w:ascii="Times New Roman" w:hAnsi="Times New Roman"/>
          <w:sz w:val="22"/>
        </w:rPr>
        <w:t>Subject to your compliance with these Terms, we grant you a limited, non-exclusive, non-transferable, revocable license to download, install, and use the App on your personal mobile device solely for your personal, non-commercial use in connection with the Services. You may not:</w:t>
      </w:r>
    </w:p>
    <w:p>
      <w:pPr>
        <w:pStyle w:val="ListBullet"/>
      </w:pPr>
      <w:r>
        <w:rPr>
          <w:rFonts w:ascii="Times New Roman" w:hAnsi="Times New Roman"/>
          <w:sz w:val="22"/>
        </w:rPr>
        <w:t>Modify, copy, reproduce, distribute, or create derivative works based on the App</w:t>
      </w:r>
    </w:p>
    <w:p>
      <w:pPr>
        <w:pStyle w:val="ListBullet"/>
      </w:pPr>
      <w:r>
        <w:rPr>
          <w:rFonts w:ascii="Times New Roman" w:hAnsi="Times New Roman"/>
          <w:sz w:val="22"/>
        </w:rPr>
        <w:t>Rent, lease, lend, sell, sublicense, or transfer the App to any third party</w:t>
      </w:r>
    </w:p>
    <w:p>
      <w:pPr>
        <w:pStyle w:val="ListBullet"/>
      </w:pPr>
      <w:r>
        <w:rPr>
          <w:rFonts w:ascii="Times New Roman" w:hAnsi="Times New Roman"/>
          <w:sz w:val="22"/>
        </w:rPr>
        <w:t>Remove, alter, or obscure any copyright, trademark, or other proprietary notices</w:t>
      </w:r>
    </w:p>
    <w:p>
      <w:pPr>
        <w:pStyle w:val="ListBullet"/>
      </w:pPr>
      <w:r>
        <w:rPr>
          <w:rFonts w:ascii="Times New Roman" w:hAnsi="Times New Roman"/>
          <w:sz w:val="22"/>
        </w:rPr>
        <w:t>Use the App for any commercial purpose without our prior written consent</w:t>
      </w:r>
    </w:p>
    <w:p>
      <w:r>
        <w:rPr>
          <w:rFonts w:ascii="Times New Roman" w:hAnsi="Times New Roman"/>
          <w:b/>
          <w:sz w:val="24"/>
        </w:rPr>
        <w:t>8. FEES, PAYMENT, AND REFUNDS</w:t>
      </w:r>
    </w:p>
    <w:p>
      <w:r>
        <w:rPr>
          <w:rFonts w:ascii="Times New Roman" w:hAnsi="Times New Roman"/>
          <w:b/>
          <w:sz w:val="22"/>
        </w:rPr>
        <w:t>8.1 Service Fees</w:t>
      </w:r>
    </w:p>
    <w:p>
      <w:r>
        <w:rPr>
          <w:rFonts w:ascii="Times New Roman" w:hAnsi="Times New Roman"/>
          <w:sz w:val="22"/>
        </w:rPr>
        <w:t>Access to the App may be provided at no cost to you if covered by your healthcare provider or insurance plan. If you are required to pay for the Services, all applicable fees will be clearly disclosed to you before you incur any charges.</w:t>
      </w:r>
    </w:p>
    <w:p>
      <w:r>
        <w:rPr>
          <w:rFonts w:ascii="Times New Roman" w:hAnsi="Times New Roman"/>
          <w:b/>
          <w:sz w:val="22"/>
        </w:rPr>
        <w:t>8.2 Third-Party Payment Processors</w:t>
      </w:r>
    </w:p>
    <w:p>
      <w:r>
        <w:rPr>
          <w:rFonts w:ascii="Times New Roman" w:hAnsi="Times New Roman"/>
          <w:sz w:val="22"/>
        </w:rPr>
        <w:t>Payments are processed through third-party payment processors. You agree to comply with the terms and conditions of our payment processors and acknowledge that we are not responsible for errors, interruptions, or security issues related to payment processing.</w:t>
      </w:r>
    </w:p>
    <w:p>
      <w:r>
        <w:rPr>
          <w:rFonts w:ascii="Times New Roman" w:hAnsi="Times New Roman"/>
          <w:b/>
          <w:sz w:val="22"/>
        </w:rPr>
        <w:t>8.3 Refunds</w:t>
      </w:r>
    </w:p>
    <w:p>
      <w:r>
        <w:rPr>
          <w:rFonts w:ascii="Times New Roman" w:hAnsi="Times New Roman"/>
          <w:sz w:val="22"/>
        </w:rPr>
        <w:t>All fees are non-refundable unless otherwise required by applicable law or specified in writing. If you believe you have been incorrectly charged, contact us at JeremyAllison@raassetsolutions.com within 30 days of the charge.</w:t>
      </w:r>
    </w:p>
    <w:p>
      <w:r>
        <w:rPr>
          <w:rFonts w:ascii="Times New Roman" w:hAnsi="Times New Roman"/>
          <w:b/>
          <w:sz w:val="24"/>
        </w:rPr>
        <w:t>9. PRIVACY AND DATA SECURITY</w:t>
      </w:r>
    </w:p>
    <w:p>
      <w:r>
        <w:rPr>
          <w:rFonts w:ascii="Times New Roman" w:hAnsi="Times New Roman"/>
          <w:sz w:val="22"/>
        </w:rPr>
        <w:t>Our collection, use, and disclosure of your personal information and Protected Health Information (PHI) are governed by our Notice of Privacy Practices and Privacy Policy, which are incorporated into these Terms by reference. By using the App, you consent to our privacy practices as described in those documents.</w:t>
      </w:r>
    </w:p>
    <w:p>
      <w:r>
        <w:rPr>
          <w:rFonts w:ascii="Times New Roman" w:hAnsi="Times New Roman"/>
          <w:sz w:val="22"/>
        </w:rPr>
        <w:t>We implement administrative, physical, and technical safeguards designed to protect your PHI in compliance with the Health Insurance Portability and Accountability Act (HIPAA) and other applicable privacy laws. However, no security system is impenetrable, and we cannot guarantee the absolute security of your information.</w:t>
      </w:r>
    </w:p>
    <w:p>
      <w:r>
        <w:rPr>
          <w:rFonts w:ascii="Times New Roman" w:hAnsi="Times New Roman"/>
          <w:b/>
          <w:sz w:val="24"/>
        </w:rPr>
        <w:t>10. THIRD-PARTY SERVICES AND LINKS</w:t>
      </w:r>
    </w:p>
    <w:p>
      <w:r>
        <w:rPr>
          <w:rFonts w:ascii="Times New Roman" w:hAnsi="Times New Roman"/>
          <w:sz w:val="22"/>
        </w:rPr>
        <w:t>The App may integrate with third-party services (such as Apple Health, Google Fit, or medical device manufacturers) and may contain links to third-party websites or resources. We do not control, endorse, or assume responsibility for any third-party services, websites, or content. Your use of third-party services is governed by their respective terms and privacy policies.</w:t>
      </w:r>
    </w:p>
    <w:p>
      <w:r>
        <w:rPr>
          <w:rFonts w:ascii="Times New Roman" w:hAnsi="Times New Roman"/>
          <w:sz w:val="22"/>
        </w:rPr>
        <w:t>We are not liable for any harm, loss, or damage arising from your use of third-party services or reliance on third-party content.</w:t>
      </w:r>
    </w:p>
    <w:p>
      <w:r>
        <w:rPr>
          <w:rFonts w:ascii="Times New Roman" w:hAnsi="Times New Roman"/>
          <w:b/>
          <w:sz w:val="24"/>
        </w:rPr>
        <w:t>11. DISCLAIMERS OF WARRANTIES</w:t>
      </w:r>
    </w:p>
    <w:p>
      <w:r>
        <w:rPr>
          <w:rFonts w:ascii="Times New Roman" w:hAnsi="Times New Roman"/>
          <w:b/>
          <w:sz w:val="22"/>
        </w:rPr>
        <w:t>THE APP AND SERVICES ARE PROVIDED "AS IS" AND "AS AVAILABLE" WITHOUT WARRANTIES OF ANY KIND, EITHER EXPRESS OR IMPLIED, INCLUDING BUT NOT LIMITED TO IMPLIED WARRANTIES OF MERCHANTABILITY, FITNESS FOR A PARTICULAR PURPOSE, TITLE, NON-INFRINGEMENT, OR ACCURACY.</w:t>
      </w:r>
    </w:p>
    <w:p>
      <w:r>
        <w:rPr>
          <w:rFonts w:ascii="Times New Roman" w:hAnsi="Times New Roman"/>
          <w:b/>
          <w:sz w:val="22"/>
        </w:rPr>
        <w:t>WE DO NOT WARRANT THAT:</w:t>
      </w:r>
    </w:p>
    <w:p>
      <w:pPr>
        <w:pStyle w:val="ListBullet"/>
      </w:pPr>
      <w:r>
        <w:rPr>
          <w:rFonts w:ascii="Times New Roman" w:hAnsi="Times New Roman"/>
          <w:sz w:val="22"/>
        </w:rPr>
        <w:t>The App will be uninterrupted, timely, secure, or error-free</w:t>
      </w:r>
    </w:p>
    <w:p>
      <w:pPr>
        <w:pStyle w:val="ListBullet"/>
      </w:pPr>
      <w:r>
        <w:rPr>
          <w:rFonts w:ascii="Times New Roman" w:hAnsi="Times New Roman"/>
          <w:sz w:val="22"/>
        </w:rPr>
        <w:t>The results obtained from using the App will be accurate or reliable</w:t>
      </w:r>
    </w:p>
    <w:p>
      <w:pPr>
        <w:pStyle w:val="ListBullet"/>
      </w:pPr>
      <w:r>
        <w:rPr>
          <w:rFonts w:ascii="Times New Roman" w:hAnsi="Times New Roman"/>
          <w:sz w:val="22"/>
        </w:rPr>
        <w:t>The quality of the App will meet your expectations</w:t>
      </w:r>
    </w:p>
    <w:p>
      <w:pPr>
        <w:pStyle w:val="ListBullet"/>
      </w:pPr>
      <w:r>
        <w:rPr>
          <w:rFonts w:ascii="Times New Roman" w:hAnsi="Times New Roman"/>
          <w:sz w:val="22"/>
        </w:rPr>
        <w:t>Any errors in the App will be corrected</w:t>
      </w:r>
    </w:p>
    <w:p>
      <w:pPr>
        <w:pStyle w:val="ListBullet"/>
      </w:pPr>
      <w:r>
        <w:rPr>
          <w:rFonts w:ascii="Times New Roman" w:hAnsi="Times New Roman"/>
          <w:sz w:val="22"/>
        </w:rPr>
        <w:t>The App or servers are free from viruses or other harmful components</w:t>
      </w:r>
    </w:p>
    <w:p>
      <w:r>
        <w:rPr>
          <w:rFonts w:ascii="Times New Roman" w:hAnsi="Times New Roman"/>
          <w:b/>
          <w:sz w:val="22"/>
        </w:rPr>
        <w:t>YOUR USE OF THE APP IS AT YOUR SOLE RISK. ANY MATERIAL DOWNLOADED OR OTHERWISE OBTAINED THROUGH THE APP IS ACCESSED AT YOUR OWN DISCRETION AND RISK, AND YOU ARE SOLELY RESPONSIBLE FOR ANY DAMAGE TO YOUR DEVICE OR LOSS OF DATA.</w:t>
      </w:r>
    </w:p>
    <w:p>
      <w:r>
        <w:rPr>
          <w:rFonts w:ascii="Times New Roman" w:hAnsi="Times New Roman"/>
          <w:b/>
          <w:sz w:val="24"/>
        </w:rPr>
        <w:t>12. LIMITATION OF LIABILITY</w:t>
      </w:r>
    </w:p>
    <w:p>
      <w:r>
        <w:rPr>
          <w:rFonts w:ascii="Times New Roman" w:hAnsi="Times New Roman"/>
          <w:b/>
          <w:sz w:val="22"/>
        </w:rPr>
        <w:t>TO THE MAXIMUM EXTENT PERMITTED BY APPLICABLE LAW, IN NO EVENT SHALL RA ASSET SOLUTIONS LLC, ITS OFFICERS, DIRECTORS, EMPLOYEES, AGENTS, AFFILIATES, OR LICENSORS BE LIABLE FOR ANY INDIRECT, INCIDENTAL, SPECIAL, CONSEQUENTIAL, OR PUNITIVE DAMAGES, INCLUDING BUT NOT LIMITED TO LOSS OF PROFITS, DATA, USE, GOODWILL, OR OTHER INTANGIBLE LOSSES, ARISING OUT OF OR RELATED TO:</w:t>
      </w:r>
    </w:p>
    <w:p>
      <w:pPr>
        <w:pStyle w:val="ListBullet"/>
      </w:pPr>
      <w:r>
        <w:rPr>
          <w:rFonts w:ascii="Times New Roman" w:hAnsi="Times New Roman"/>
          <w:sz w:val="22"/>
        </w:rPr>
        <w:t>Your access to or use of (or inability to access or use) the App</w:t>
      </w:r>
    </w:p>
    <w:p>
      <w:pPr>
        <w:pStyle w:val="ListBullet"/>
      </w:pPr>
      <w:r>
        <w:rPr>
          <w:rFonts w:ascii="Times New Roman" w:hAnsi="Times New Roman"/>
          <w:sz w:val="22"/>
        </w:rPr>
        <w:t>Any conduct or content of any third party on or through the App</w:t>
      </w:r>
    </w:p>
    <w:p>
      <w:pPr>
        <w:pStyle w:val="ListBullet"/>
      </w:pPr>
      <w:r>
        <w:rPr>
          <w:rFonts w:ascii="Times New Roman" w:hAnsi="Times New Roman"/>
          <w:sz w:val="22"/>
        </w:rPr>
        <w:t>Any content obtained from the App</w:t>
      </w:r>
    </w:p>
    <w:p>
      <w:pPr>
        <w:pStyle w:val="ListBullet"/>
      </w:pPr>
      <w:r>
        <w:rPr>
          <w:rFonts w:ascii="Times New Roman" w:hAnsi="Times New Roman"/>
          <w:sz w:val="22"/>
        </w:rPr>
        <w:t>Unauthorized access, use, or alteration of your transmissions or content</w:t>
      </w:r>
    </w:p>
    <w:p>
      <w:pPr>
        <w:pStyle w:val="ListBullet"/>
      </w:pPr>
      <w:r>
        <w:rPr>
          <w:rFonts w:ascii="Times New Roman" w:hAnsi="Times New Roman"/>
          <w:sz w:val="22"/>
        </w:rPr>
        <w:t>Medical decisions made based on information provided through or obtained from the App</w:t>
      </w:r>
    </w:p>
    <w:p>
      <w:r>
        <w:rPr>
          <w:rFonts w:ascii="Times New Roman" w:hAnsi="Times New Roman"/>
          <w:b/>
          <w:sz w:val="22"/>
        </w:rPr>
        <w:t>WHETHER BASED ON WARRANTY, CONTRACT, TORT (INCLUDING NEGLIGENCE), PRODUCT LIABILITY, OR ANY OTHER LEGAL THEORY, AND WHETHER OR NOT WE HAVE BEEN ADVISED OF THE POSSIBILITY OF SUCH DAMAGES.</w:t>
      </w:r>
    </w:p>
    <w:p>
      <w:r>
        <w:rPr>
          <w:rFonts w:ascii="Times New Roman" w:hAnsi="Times New Roman"/>
          <w:b/>
          <w:sz w:val="22"/>
        </w:rPr>
        <w:t>IN NO EVENT SHALL OUR TOTAL LIABILITY TO YOU FOR ALL CLAIMS RELATED TO THE APP EXCEED THE AMOUNT YOU PAID US, IF ANY, IN THE TWELVE (12) MONTHS PRECEDING THE EVENT GIVING RISE TO LIABILITY, OR ONE HUNDRED DOLLARS ($100), WHICHEVER IS GREATER.</w:t>
      </w:r>
    </w:p>
    <w:p>
      <w:r>
        <w:rPr>
          <w:rFonts w:ascii="Times New Roman" w:hAnsi="Times New Roman"/>
          <w:sz w:val="22"/>
        </w:rPr>
        <w:t>Some jurisdictions do not allow the exclusion or limitation of certain warranties or liabilities, so some of the above limitations may not apply to you. In such jurisdictions, our liability will be limited to the greatest extent permitted by law.</w:t>
      </w:r>
    </w:p>
    <w:p>
      <w:r>
        <w:rPr>
          <w:rFonts w:ascii="Times New Roman" w:hAnsi="Times New Roman"/>
          <w:b/>
          <w:sz w:val="24"/>
        </w:rPr>
        <w:t>13. INDEMNIFICATION</w:t>
      </w:r>
    </w:p>
    <w:p>
      <w:r>
        <w:rPr>
          <w:rFonts w:ascii="Times New Roman" w:hAnsi="Times New Roman"/>
          <w:sz w:val="22"/>
        </w:rPr>
        <w:t>You agree to indemnify, defend, and hold harmless RA Asset Solutions LLC, its officers, directors, employees, agents, affiliates, and licensors from and against any and all claims, liabilities, damages, losses, costs, expenses, or fees (including reasonable attorneys' fees) arising out of or related to:</w:t>
      </w:r>
    </w:p>
    <w:p>
      <w:pPr>
        <w:pStyle w:val="ListBullet"/>
      </w:pPr>
      <w:r>
        <w:rPr>
          <w:rFonts w:ascii="Times New Roman" w:hAnsi="Times New Roman"/>
          <w:sz w:val="22"/>
        </w:rPr>
        <w:t>Your use of or inability to use the App</w:t>
      </w:r>
    </w:p>
    <w:p>
      <w:pPr>
        <w:pStyle w:val="ListBullet"/>
      </w:pPr>
      <w:r>
        <w:rPr>
          <w:rFonts w:ascii="Times New Roman" w:hAnsi="Times New Roman"/>
          <w:sz w:val="22"/>
        </w:rPr>
        <w:t>Your violation of these Terms</w:t>
      </w:r>
    </w:p>
    <w:p>
      <w:pPr>
        <w:pStyle w:val="ListBullet"/>
      </w:pPr>
      <w:r>
        <w:rPr>
          <w:rFonts w:ascii="Times New Roman" w:hAnsi="Times New Roman"/>
          <w:sz w:val="22"/>
        </w:rPr>
        <w:t>Your violation of any rights of another party, including other users</w:t>
      </w:r>
    </w:p>
    <w:p>
      <w:pPr>
        <w:pStyle w:val="ListBullet"/>
      </w:pPr>
      <w:r>
        <w:rPr>
          <w:rFonts w:ascii="Times New Roman" w:hAnsi="Times New Roman"/>
          <w:sz w:val="22"/>
        </w:rPr>
        <w:t>Your violation of any applicable laws, rules, or regulations</w:t>
      </w:r>
    </w:p>
    <w:p>
      <w:pPr>
        <w:pStyle w:val="ListBullet"/>
      </w:pPr>
      <w:r>
        <w:rPr>
          <w:rFonts w:ascii="Times New Roman" w:hAnsi="Times New Roman"/>
          <w:sz w:val="22"/>
        </w:rPr>
        <w:t>Any content you submit, post, or transmit through the App</w:t>
      </w:r>
    </w:p>
    <w:p>
      <w:pPr>
        <w:pStyle w:val="ListBullet"/>
      </w:pPr>
      <w:r>
        <w:rPr>
          <w:rFonts w:ascii="Times New Roman" w:hAnsi="Times New Roman"/>
          <w:sz w:val="22"/>
        </w:rPr>
        <w:t>Any medical decisions or actions you take based on information from the App</w:t>
      </w:r>
    </w:p>
    <w:p>
      <w:r>
        <w:rPr>
          <w:rFonts w:ascii="Times New Roman" w:hAnsi="Times New Roman"/>
          <w:sz w:val="22"/>
        </w:rPr>
        <w:t>We reserve the right to assume the exclusive defense and control of any matter subject to indemnification by you, and you agree to cooperate with our defense of such claims.</w:t>
      </w:r>
    </w:p>
    <w:p>
      <w:r>
        <w:rPr>
          <w:rFonts w:ascii="Times New Roman" w:hAnsi="Times New Roman"/>
          <w:b/>
          <w:sz w:val="24"/>
        </w:rPr>
        <w:t>14. TERMINATION AND SUSPENSION</w:t>
      </w:r>
    </w:p>
    <w:p>
      <w:r>
        <w:rPr>
          <w:rFonts w:ascii="Times New Roman" w:hAnsi="Times New Roman"/>
          <w:b/>
          <w:sz w:val="22"/>
        </w:rPr>
        <w:t>14.1 Termination by You</w:t>
      </w:r>
    </w:p>
    <w:p>
      <w:r>
        <w:rPr>
          <w:rFonts w:ascii="Times New Roman" w:hAnsi="Times New Roman"/>
          <w:sz w:val="22"/>
        </w:rPr>
        <w:t>You may terminate your account at any time by contacting us at JeremyAllison@raassetsolutions.com or using the account deletion feature in the App. Upon termination, your access to the App will cease immediately.</w:t>
      </w:r>
    </w:p>
    <w:p>
      <w:r>
        <w:rPr>
          <w:rFonts w:ascii="Times New Roman" w:hAnsi="Times New Roman"/>
          <w:b/>
          <w:sz w:val="22"/>
        </w:rPr>
        <w:t>14.2 Termination by Us</w:t>
      </w:r>
    </w:p>
    <w:p>
      <w:r>
        <w:rPr>
          <w:rFonts w:ascii="Times New Roman" w:hAnsi="Times New Roman"/>
          <w:sz w:val="22"/>
        </w:rPr>
        <w:t>We reserve the right to suspend or terminate your account and access to the App at any time, with or without notice, for any reason, including but not limited to:</w:t>
      </w:r>
    </w:p>
    <w:p>
      <w:pPr>
        <w:pStyle w:val="ListBullet"/>
      </w:pPr>
      <w:r>
        <w:rPr>
          <w:rFonts w:ascii="Times New Roman" w:hAnsi="Times New Roman"/>
          <w:sz w:val="22"/>
        </w:rPr>
        <w:t>Violation of these Terms or our Acceptable Use Policy</w:t>
      </w:r>
    </w:p>
    <w:p>
      <w:pPr>
        <w:pStyle w:val="ListBullet"/>
      </w:pPr>
      <w:r>
        <w:rPr>
          <w:rFonts w:ascii="Times New Roman" w:hAnsi="Times New Roman"/>
          <w:sz w:val="22"/>
        </w:rPr>
        <w:t>Fraudulent, abusive, or illegal activity</w:t>
      </w:r>
    </w:p>
    <w:p>
      <w:pPr>
        <w:pStyle w:val="ListBullet"/>
      </w:pPr>
      <w:r>
        <w:rPr>
          <w:rFonts w:ascii="Times New Roman" w:hAnsi="Times New Roman"/>
          <w:sz w:val="22"/>
        </w:rPr>
        <w:t>Providing false or misleading information</w:t>
      </w:r>
    </w:p>
    <w:p>
      <w:pPr>
        <w:pStyle w:val="ListBullet"/>
      </w:pPr>
      <w:r>
        <w:rPr>
          <w:rFonts w:ascii="Times New Roman" w:hAnsi="Times New Roman"/>
          <w:sz w:val="22"/>
        </w:rPr>
        <w:t>Non-payment of fees (if applicable)</w:t>
      </w:r>
    </w:p>
    <w:p>
      <w:pPr>
        <w:pStyle w:val="ListBullet"/>
      </w:pPr>
      <w:r>
        <w:rPr>
          <w:rFonts w:ascii="Times New Roman" w:hAnsi="Times New Roman"/>
          <w:sz w:val="22"/>
        </w:rPr>
        <w:t>Prolonged inactivity</w:t>
      </w:r>
    </w:p>
    <w:p>
      <w:pPr>
        <w:pStyle w:val="ListBullet"/>
      </w:pPr>
      <w:r>
        <w:rPr>
          <w:rFonts w:ascii="Times New Roman" w:hAnsi="Times New Roman"/>
          <w:sz w:val="22"/>
        </w:rPr>
        <w:t>Discontinuation of the App or Services</w:t>
      </w:r>
    </w:p>
    <w:p>
      <w:r>
        <w:rPr>
          <w:rFonts w:ascii="Times New Roman" w:hAnsi="Times New Roman"/>
          <w:b/>
          <w:sz w:val="22"/>
        </w:rPr>
        <w:t>14.3 Effect of Termination</w:t>
      </w:r>
    </w:p>
    <w:p>
      <w:r>
        <w:rPr>
          <w:rFonts w:ascii="Times New Roman" w:hAnsi="Times New Roman"/>
          <w:sz w:val="22"/>
        </w:rPr>
        <w:t>Upon termination of your account, your right to use the App will immediately cease. We will retain your health information for the period required by law (typically 7 years from the date of last service or as required by North Carolina law) and as described in our Notice of Privacy Practices. You may request a copy of your health information before termination.</w:t>
      </w:r>
    </w:p>
    <w:p>
      <w:r>
        <w:rPr>
          <w:rFonts w:ascii="Times New Roman" w:hAnsi="Times New Roman"/>
          <w:sz w:val="22"/>
        </w:rPr>
        <w:t>The following sections survive termination: Sections 6 (User Content and Data - de-identified data), 7 (Intellectual Property), 9 (Privacy and Data Security), 11 (Disclaimers), 12 (Limitation of Liability), 13 (Indemnification), 15 (Dispute Resolution), and 17 (General Provisions).</w:t>
      </w:r>
    </w:p>
    <w:p>
      <w:r>
        <w:rPr>
          <w:rFonts w:ascii="Times New Roman" w:hAnsi="Times New Roman"/>
          <w:b/>
          <w:sz w:val="24"/>
        </w:rPr>
        <w:t>15. DISPUTE RESOLUTION AND GOVERNING LAW</w:t>
      </w:r>
    </w:p>
    <w:p>
      <w:r>
        <w:rPr>
          <w:rFonts w:ascii="Times New Roman" w:hAnsi="Times New Roman"/>
          <w:b/>
          <w:sz w:val="22"/>
        </w:rPr>
        <w:t>15.1 Governing Law</w:t>
      </w:r>
    </w:p>
    <w:p>
      <w:r>
        <w:rPr>
          <w:rFonts w:ascii="Times New Roman" w:hAnsi="Times New Roman"/>
          <w:sz w:val="22"/>
        </w:rPr>
        <w:t>These Terms and any dispute arising out of or related to these Terms or the App shall be governed by and construed in accordance with the laws of the State of North Carolina, without regard to its conflict of law principles.</w:t>
      </w:r>
    </w:p>
    <w:p>
      <w:r>
        <w:rPr>
          <w:rFonts w:ascii="Times New Roman" w:hAnsi="Times New Roman"/>
          <w:b/>
          <w:sz w:val="22"/>
        </w:rPr>
        <w:t>15.2 Venue and Jurisdiction</w:t>
      </w:r>
    </w:p>
    <w:p>
      <w:r>
        <w:rPr>
          <w:rFonts w:ascii="Times New Roman" w:hAnsi="Times New Roman"/>
          <w:sz w:val="22"/>
        </w:rPr>
        <w:t>Any legal action or proceeding arising out of or related to these Terms or the App shall be brought exclusively in the state or federal courts located in Wake County, North Carolina. You consent to the personal jurisdiction of such courts and waive any objection to venue in such courts.</w:t>
      </w:r>
    </w:p>
    <w:p>
      <w:r>
        <w:rPr>
          <w:rFonts w:ascii="Times New Roman" w:hAnsi="Times New Roman"/>
          <w:b/>
          <w:sz w:val="22"/>
        </w:rPr>
        <w:t>15.3 Informal Resolution</w:t>
      </w:r>
    </w:p>
    <w:p>
      <w:r>
        <w:rPr>
          <w:rFonts w:ascii="Times New Roman" w:hAnsi="Times New Roman"/>
          <w:sz w:val="22"/>
        </w:rPr>
        <w:t>Before filing any legal action, you agree to first contact us at JeremyAllison@raassetsolutions.com and attempt to resolve the dispute informally. We will attempt to resolve the dispute in good faith within 30 days of receiving notice.</w:t>
      </w:r>
    </w:p>
    <w:p>
      <w:r>
        <w:rPr>
          <w:rFonts w:ascii="Times New Roman" w:hAnsi="Times New Roman"/>
          <w:b/>
          <w:sz w:val="24"/>
        </w:rPr>
        <w:t>16. MODIFICATIONS TO TERMS AND APP</w:t>
      </w:r>
    </w:p>
    <w:p>
      <w:r>
        <w:rPr>
          <w:rFonts w:ascii="Times New Roman" w:hAnsi="Times New Roman"/>
          <w:b/>
          <w:sz w:val="22"/>
        </w:rPr>
        <w:t>16.1 Changes to Terms</w:t>
      </w:r>
    </w:p>
    <w:p>
      <w:r>
        <w:rPr>
          <w:rFonts w:ascii="Times New Roman" w:hAnsi="Times New Roman"/>
          <w:sz w:val="22"/>
        </w:rPr>
        <w:t>We reserve the right to modify these Terms at any time. We will notify you of material changes by:</w:t>
      </w:r>
    </w:p>
    <w:p>
      <w:pPr>
        <w:pStyle w:val="ListBullet"/>
      </w:pPr>
      <w:r>
        <w:rPr>
          <w:rFonts w:ascii="Times New Roman" w:hAnsi="Times New Roman"/>
          <w:sz w:val="22"/>
        </w:rPr>
        <w:t>Posting the updated Terms in the App with a revised "Last Updated" date</w:t>
      </w:r>
    </w:p>
    <w:p>
      <w:pPr>
        <w:pStyle w:val="ListBullet"/>
      </w:pPr>
      <w:r>
        <w:rPr>
          <w:rFonts w:ascii="Times New Roman" w:hAnsi="Times New Roman"/>
          <w:sz w:val="22"/>
        </w:rPr>
        <w:t>Sending you an email notification at the address associated with your account</w:t>
      </w:r>
    </w:p>
    <w:p>
      <w:pPr>
        <w:pStyle w:val="ListBullet"/>
      </w:pPr>
      <w:r>
        <w:rPr>
          <w:rFonts w:ascii="Times New Roman" w:hAnsi="Times New Roman"/>
          <w:sz w:val="22"/>
        </w:rPr>
        <w:t>Displaying an in-app notification upon your next login</w:t>
      </w:r>
    </w:p>
    <w:p>
      <w:r>
        <w:rPr>
          <w:rFonts w:ascii="Times New Roman" w:hAnsi="Times New Roman"/>
          <w:sz w:val="22"/>
        </w:rPr>
        <w:t>Your continued use of the App after the effective date of the updated Terms constitutes your acceptance of the changes. If you do not agree to the updated Terms, you must stop using the App and terminate your account.</w:t>
      </w:r>
    </w:p>
    <w:p>
      <w:r>
        <w:rPr>
          <w:rFonts w:ascii="Times New Roman" w:hAnsi="Times New Roman"/>
          <w:b/>
          <w:sz w:val="22"/>
        </w:rPr>
        <w:t>16.2 Changes to the App</w:t>
      </w:r>
    </w:p>
    <w:p>
      <w:r>
        <w:rPr>
          <w:rFonts w:ascii="Times New Roman" w:hAnsi="Times New Roman"/>
          <w:sz w:val="22"/>
        </w:rPr>
        <w:t>We reserve the right to modify, suspend, or discontinue the App or any features or functionality at any time, with or without notice. We will not be liable to you or any third party for any modification, suspension, or discontinuation of the App.</w:t>
      </w:r>
    </w:p>
    <w:p>
      <w:r>
        <w:rPr>
          <w:rFonts w:ascii="Times New Roman" w:hAnsi="Times New Roman"/>
          <w:b/>
          <w:sz w:val="24"/>
        </w:rPr>
        <w:t>17. GENERAL PROVISIONS</w:t>
      </w:r>
    </w:p>
    <w:p>
      <w:r>
        <w:rPr>
          <w:rFonts w:ascii="Times New Roman" w:hAnsi="Times New Roman"/>
          <w:b/>
          <w:sz w:val="22"/>
        </w:rPr>
        <w:t>17.1 Entire Agreement</w:t>
      </w:r>
    </w:p>
    <w:p>
      <w:r>
        <w:rPr>
          <w:rFonts w:ascii="Times New Roman" w:hAnsi="Times New Roman"/>
          <w:sz w:val="22"/>
        </w:rPr>
        <w:t>These Terms, together with our Notice of Privacy Practices and Privacy Policy, constitute the entire agreement between you and RA Asset Solutions LLC regarding the App and supersede all prior agreements, understandings, and communications, whether oral or written.</w:t>
      </w:r>
    </w:p>
    <w:p>
      <w:r>
        <w:rPr>
          <w:rFonts w:ascii="Times New Roman" w:hAnsi="Times New Roman"/>
          <w:b/>
          <w:sz w:val="22"/>
        </w:rPr>
        <w:t>17.2 Severability</w:t>
      </w:r>
    </w:p>
    <w:p>
      <w:r>
        <w:rPr>
          <w:rFonts w:ascii="Times New Roman" w:hAnsi="Times New Roman"/>
          <w:sz w:val="22"/>
        </w:rPr>
        <w:t>If any provision of these Terms is found to be invalid, illegal, or unenforceable, the remaining provisions shall remain in full force and effect, and the invalid provision shall be modified to the minimum extent necessary to make it valid and enforceable.</w:t>
      </w:r>
    </w:p>
    <w:p>
      <w:r>
        <w:rPr>
          <w:rFonts w:ascii="Times New Roman" w:hAnsi="Times New Roman"/>
          <w:b/>
          <w:sz w:val="22"/>
        </w:rPr>
        <w:t>17.3 Waiver</w:t>
      </w:r>
    </w:p>
    <w:p>
      <w:r>
        <w:rPr>
          <w:rFonts w:ascii="Times New Roman" w:hAnsi="Times New Roman"/>
          <w:sz w:val="22"/>
        </w:rPr>
        <w:t>Our failure to enforce any right or provision of these Terms will not constitute a waiver of such right or provision unless acknowledged and agreed to by us in writing. A waiver of any breach of these Terms shall not constitute a waiver of any subsequent breach.</w:t>
      </w:r>
    </w:p>
    <w:p>
      <w:r>
        <w:rPr>
          <w:rFonts w:ascii="Times New Roman" w:hAnsi="Times New Roman"/>
          <w:b/>
          <w:sz w:val="22"/>
        </w:rPr>
        <w:t>17.4 Assignment</w:t>
      </w:r>
    </w:p>
    <w:p>
      <w:r>
        <w:rPr>
          <w:rFonts w:ascii="Times New Roman" w:hAnsi="Times New Roman"/>
          <w:sz w:val="22"/>
        </w:rPr>
        <w:t>You may not assign, transfer, or delegate your rights or obligations under these Terms without our prior written consent. We may freely assign these Terms without restriction. Any attempted assignment in violation of this section is void.</w:t>
      </w:r>
    </w:p>
    <w:p>
      <w:r>
        <w:rPr>
          <w:rFonts w:ascii="Times New Roman" w:hAnsi="Times New Roman"/>
          <w:b/>
          <w:sz w:val="22"/>
        </w:rPr>
        <w:t>17.5 No Third-Party Beneficiaries</w:t>
      </w:r>
    </w:p>
    <w:p>
      <w:r>
        <w:rPr>
          <w:rFonts w:ascii="Times New Roman" w:hAnsi="Times New Roman"/>
          <w:sz w:val="22"/>
        </w:rPr>
        <w:t>These Terms are for the benefit of you and RA Asset Solutions LLC only and do not create any third-party beneficiary rights.</w:t>
      </w:r>
    </w:p>
    <w:p>
      <w:r>
        <w:rPr>
          <w:rFonts w:ascii="Times New Roman" w:hAnsi="Times New Roman"/>
          <w:b/>
          <w:sz w:val="22"/>
        </w:rPr>
        <w:t>17.6 Force Majeure</w:t>
      </w:r>
    </w:p>
    <w:p>
      <w:r>
        <w:rPr>
          <w:rFonts w:ascii="Times New Roman" w:hAnsi="Times New Roman"/>
          <w:sz w:val="22"/>
        </w:rPr>
        <w:t>We shall not be liable for any failure or delay in performing our obligations under these Terms due to causes beyond our reasonable control, including but not limited to acts of God, war, terrorism, riots, embargoes, acts of civil or military authorities, fire, floods, accidents, pandemics, strikes, or shortages of transportation, facilities, fuel, energy, labor, or materials.</w:t>
      </w:r>
    </w:p>
    <w:p>
      <w:r>
        <w:rPr>
          <w:rFonts w:ascii="Times New Roman" w:hAnsi="Times New Roman"/>
          <w:b/>
          <w:sz w:val="22"/>
        </w:rPr>
        <w:t>17.7 Export Compliance</w:t>
      </w:r>
    </w:p>
    <w:p>
      <w:r>
        <w:rPr>
          <w:rFonts w:ascii="Times New Roman" w:hAnsi="Times New Roman"/>
          <w:sz w:val="22"/>
        </w:rPr>
        <w:t>You agree to comply with all applicable export and import control laws and regulations in your use of the App. You represent that you are not located in a country subject to a U.S. government embargo or designated as a "terrorist supporting" country, and that you are not listed on any U.S. government list of prohibited or restricted parties.</w:t>
      </w:r>
    </w:p>
    <w:p>
      <w:r>
        <w:rPr>
          <w:rFonts w:ascii="Times New Roman" w:hAnsi="Times New Roman"/>
          <w:b/>
          <w:sz w:val="24"/>
        </w:rPr>
        <w:t>18. CONTACT INFORMATION</w:t>
      </w:r>
    </w:p>
    <w:p>
      <w:r>
        <w:rPr>
          <w:rFonts w:ascii="Times New Roman" w:hAnsi="Times New Roman"/>
          <w:sz w:val="22"/>
        </w:rPr>
        <w:t>If you have any questions, concerns, or complaints about these Terms or the App, please contact us at:</w:t>
      </w:r>
    </w:p>
    <w:p>
      <w:r>
        <w:rPr>
          <w:rFonts w:ascii="Times New Roman" w:hAnsi="Times New Roman"/>
          <w:b/>
          <w:sz w:val="22"/>
        </w:rPr>
        <w:t>RA Asset Solutions LLC</w:t>
        <w:br/>
        <w:t>4030 WakeForest RD</w:t>
        <w:br/>
        <w:t>Raleigh, NC 27609</w:t>
        <w:br/>
        <w:t>Email: JeremyAllison@raassetsolutions.com</w:t>
        <w:br/>
        <w:t>Phone: (850) 760-6609</w:t>
      </w:r>
    </w:p>
    <w:p>
      <w:r>
        <w:t>________________________________________________________________________________</w:t>
      </w:r>
    </w:p>
    <w:p>
      <w:pPr>
        <w:jc w:val="center"/>
      </w:pPr>
      <w:r>
        <w:rPr>
          <w:rFonts w:ascii="Times New Roman" w:hAnsi="Times New Roman"/>
          <w:b/>
          <w:sz w:val="24"/>
        </w:rPr>
        <w:t>ACKNOWLEDGMENT</w:t>
      </w:r>
    </w:p>
    <w:p>
      <w:pPr>
        <w:jc w:val="center"/>
      </w:pPr>
      <w:r>
        <w:rPr>
          <w:rFonts w:ascii="Times New Roman" w:hAnsi="Times New Roman"/>
          <w:b/>
          <w:sz w:val="22"/>
        </w:rPr>
        <w:t>BY CLICKING "I ACCEPT," DOWNLOADING, INSTALLING, OR USING THE APP, YOU ACKNOWLEDGE THAT YOU HAVE READ AND UNDERSTOOD THESE TERMS AND AGREE TO BE BOUND BY THEM.</w:t>
      </w:r>
    </w:p>
    <w:sectPr w:rsidR="00FC693F" w:rsidRPr="0006063C" w:rsidSect="00034616">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sz w:val="22"/>
      </w:rPr>
      <w:fldChar w:fldCharType="begin"/>
      <w:instrText xml:space="preserve"> PAGE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